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b/>
          <w:color w:val="1F7A45"/>
          <w:sz w:val="48"/>
          <w:rtl w:val="1"/>
          <w:rFonts w:ascii="Arial" w:hAnsi="Arial" w:cs="Arial"/>
          <w:szCs w:val="48"/>
          <w:bCs/>
        </w:rPr>
        <w:t>יום ההליכה – צעד אחר צעד 👟</w:t>
      </w:r>
    </w:p>
    <w:p>
      <w:pPr>
        <w:bidi w:val="1"/>
        <w:jc w:val="center"/>
      </w:pPr>
      <w:r>
        <w:rPr>
          <w:sz w:val="26"/>
          <w:rtl w:val="1"/>
          <w:rFonts w:ascii="Arial" w:hAnsi="Arial" w:cs="Arial"/>
          <w:szCs w:val="26"/>
        </w:rPr>
        <w:t>יום שישי · 30.10.2026 · ערכת הדפסה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בתוך הקובץ: לוח בינגו צעדים, משימות בדרך, כרטיסי שיחה לכל רמה, תעודה, פוסטר ורשימת בטיחות.</w:t>
      </w:r>
    </w:p>
    <w:p>
      <w:r>
        <w:br w:type="page"/>
      </w:r>
    </w:p>
    <w:p>
      <w:pPr>
        <w:bidi w:val="1"/>
        <w:jc w:val="right"/>
      </w:pPr>
      <w:r>
        <w:rPr>
          <w:b/>
          <w:color w:val="1F7A45"/>
          <w:sz w:val="40"/>
          <w:rtl w:val="1"/>
          <w:rFonts w:ascii="Arial" w:hAnsi="Arial" w:cs="Arial"/>
          <w:szCs w:val="40"/>
          <w:bCs/>
        </w:rPr>
        <w:t>🎯 בינגו צעדים – לוח 1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שם: ____________   כיתה: ______   סמנו ✔ בכל משבצת. שורה מלאה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🐜</w:t>
              <w:br/>
              <w:t>ראיתי חרק קטן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🍂</w:t>
              <w:br/>
              <w:t>מצאתי עלה יבש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🤝</w:t>
              <w:br/>
              <w:t>הלכתי עם מישהו חדש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🔺</w:t>
              <w:br/>
              <w:t>מצאתי משולש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🌳</w:t>
              <w:br/>
              <w:t>נגעתי בגזע עץ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💧</w:t>
              <w:br/>
              <w:t>שתיתי מים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🌬️</w:t>
              <w:br/>
              <w:t>נשמתי עמוק 3 פעמים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👋</w:t>
              <w:br/>
              <w:t>אמרתי בוקר טוב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🎵</w:t>
              <w:br/>
              <w:t>שמעתי צליל נעים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🔟</w:t>
              <w:br/>
              <w:t>ספרתי 100 צעדים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🐦</w:t>
              <w:br/>
              <w:t>ראיתי ציפור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😄</w:t>
              <w:br/>
              <w:t>הצחקתי חבר/ה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🙏</w:t>
              <w:br/>
              <w:t>אמרתי תודה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🧢</w:t>
              <w:br/>
              <w:t>שמתי כובע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🦋</w:t>
              <w:br/>
              <w:t>ראיתי פרפר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🚦</w:t>
              <w:br/>
              <w:t>חיכיתי לרמזור ירוק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40"/>
          <w:rtl w:val="1"/>
          <w:rFonts w:ascii="Arial" w:hAnsi="Arial" w:cs="Arial"/>
          <w:szCs w:val="40"/>
          <w:bCs/>
        </w:rPr>
        <w:t>🎯 בינגו צעדים – לוח 2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שם: ____________   כיתה: ______   סמנו ✔ בכל משבצת. שורה מלאה = בינגו!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👋</w:t>
              <w:br/>
              <w:t>אמרתי בוקר טוב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🦋</w:t>
              <w:br/>
              <w:t>ראיתי פרפר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🔺</w:t>
              <w:br/>
              <w:t>מצאתי משולש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🙏</w:t>
              <w:br/>
              <w:t>אמרתי תודה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🌸</w:t>
              <w:br/>
              <w:t>ראיתי פרח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😄</w:t>
              <w:br/>
              <w:t>הצחקתי חבר/ה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🗑️</w:t>
              <w:br/>
              <w:t>אספתי לכדי פסולת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🔟</w:t>
              <w:br/>
              <w:t>ספרתי 100 צעדים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💧</w:t>
              <w:br/>
              <w:t>שתיתי מים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🐜</w:t>
              <w:br/>
              <w:t>ראיתי חרק קטן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🏃</w:t>
              <w:br/>
              <w:t>הלכתי מהר דקה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🍂</w:t>
              <w:br/>
              <w:t>מצאתי עלה יבש</w:t>
            </w:r>
          </w:p>
        </w:tc>
      </w:tr>
      <w:tr>
        <w:trPr>
          <w:trHeight w:val="2154"/>
        </w:trPr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🧢</w:t>
              <w:br/>
              <w:t>שמתי כובע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🪨</w:t>
              <w:br/>
              <w:t>מצאתי אבן מיוחדת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🚦</w:t>
              <w:br/>
              <w:t>חיכיתי לרמזור ירוק</w:t>
            </w:r>
          </w:p>
        </w:tc>
        <w:tc>
          <w:tcPr>
            <w:tcW w:type="dxa" w:w="2551"/>
          </w:tcPr>
          <w:p>
            <w:pPr>
              <w:bidi w:val="1"/>
              <w:jc w:val="center"/>
            </w:pPr>
            <w:r>
              <w:rPr>
                <w:b/>
                <w:sz w:val="24"/>
                <w:rtl w:val="1"/>
                <w:rFonts w:ascii="Arial" w:hAnsi="Arial" w:cs="Arial"/>
                <w:szCs w:val="24"/>
                <w:bCs/>
              </w:rPr>
              <w:t>👟</w:t>
              <w:br/>
              <w:t>קשרתי שרוך / עזרתי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40"/>
          <w:rtl w:val="1"/>
          <w:rFonts w:ascii="Arial" w:hAnsi="Arial" w:cs="Arial"/>
          <w:szCs w:val="40"/>
          <w:bCs/>
        </w:rPr>
        <w:t>🔎 משימות בדרך</w:t>
      </w:r>
    </w:p>
    <w:p>
      <w:pPr>
        <w:bidi w:val="1"/>
        <w:jc w:val="right"/>
      </w:pPr>
      <w:r>
        <w:rPr>
          <w:sz w:val="22"/>
          <w:rtl w:val="1"/>
          <w:rFonts w:ascii="Arial" w:hAnsi="Arial" w:cs="Arial"/>
          <w:szCs w:val="22"/>
        </w:rPr>
        <w:t>בלי לצלם פנים – רק דברים, צבעים וצורות. גוזרים לכרטיסים.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🌿 טבע: 3 עלים שונים</w:t>
              <w:br/>
              <w:t>מצאו (בלי לתלוש!) שלושה עלים בצורות שונות. מה ההבדל?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🐦 טבע: מאזינים לציפורים</w:t>
              <w:br/>
              <w:t>עצרו 30 שניות. כמה קולות של ציפורים שמעתם?</w:t>
              <w:br/>
              <w:t>☐ עשינו!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🌈 טבע: קשת צבעים</w:t>
              <w:br/>
              <w:t>מצאו בדרך משהו אדום, כתום, צהוב, ירוק וכחול.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☁️ טבע: ענן־דמיון</w:t>
              <w:br/>
              <w:t>מצאו ענן שנראה כמו חיה או חפץ. ספרו לחברים.</w:t>
              <w:br/>
              <w:t>☐ עשינו!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💛 נתינה: מחמאה בדרך</w:t>
              <w:br/>
              <w:t>תנו מחמאה אמיתית לשלושה אנשים בקבוצה.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🤝 נתינה: ללכת עם מישהו חדש</w:t>
              <w:br/>
              <w:t>הלכו 5 דקות עם מישהו שעוד לא מכירים טוב.</w:t>
              <w:br/>
              <w:t>☐ עשינו!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💧 נתינה: שומרים אחד על השני</w:t>
              <w:br/>
              <w:t>בדקו ששותפ/ת ההליכה שתה/תה מים.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🗑️ נתינה: מקום נקי יותר</w:t>
              <w:br/>
              <w:t>אספו פסולת קטנה לשקית (עם מבוגר/ת, בזהירות).</w:t>
              <w:br/>
              <w:t>☐ עשינו!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📸 צילום: צל מצחיק</w:t>
              <w:br/>
              <w:t>צלמו צל של הקבוצה או של חפץ – בלי פנים.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📸 צילום: האות שלי</w:t>
              <w:br/>
              <w:t>מצאו בדרך צורה שנראית כמו אות בעברית וצלמו.</w:t>
              <w:br/>
              <w:t>☐ עשינו!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📸 צילום: מלמטה למעלה</w:t>
              <w:br/>
              <w:t>צלמו עץ מלמטה – כמו נמלה שמסתכלת למעלה.</w:t>
              <w:br/>
              <w:t>☐ עשינו!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szCs w:val="22"/>
                <w:bCs/>
              </w:rPr>
              <w:t>📸 צילום: הנעליים שלנו</w:t>
              <w:br/>
              <w:t>צלמו את הנעליים של כל הקבוצה במעגל 👟👟👟.</w:t>
              <w:br/>
              <w:t>☐ עשינו!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💬 שאלות לשיחה בהליכה – 🎒 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הדבר הכי יפה שראית היום בדרך?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לאן היית רוצה ללכת ברגל עם המשפחה?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איזו חיה היית רוצה להיות בטיול? למה?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עושה לך שמח בבוקר?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אפשר לעשות כדי שחבר/ה לא ירגיש/תרגיש לבד?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אם הייתה לך נעל קסם – לאן היא הייתה לוקחת אותך?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איזה משחק את/ה הכי אוהב/ת לשחק בחוץ?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למדת השבוע שהפתיע אותך?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💬 שאלות לשיחה בהליכה – 🏫 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מתי הרגשת לאחרונה שאת/ה ‘בתנועה’ – בגוף או בחיים?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עוזר לך להירגע כשיש לחץ?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איזה הרגל קטן היית רוצה להוסיף לשבוע שלך?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מקום בטבע שאת/ה אוהב/ת – מה מיוחד בו?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ההבדל בין ללכת לבד לבין ללכת עם חברים?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היית אומר/ת לעצמך בכיתה ז׳?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מעודד אותך להמשיך כשקשה?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מתי עזרת למישהו בלי שביקש?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💬 שאלות לשיחה בהליכה – 🎓 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איזה ‘צעד קטן’ שעשית בעבר שינה משהו גדול?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את/ה חושב/ת על הזמן שאנחנו מבלים מול מסכים?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לאן היית רוצה ‘ללכת’ בעוד חמש שנים?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עוזר לך להתמיד במשהו לאורך זמן?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האם הליכה יכולה לעזור לחשוב? מתי זה קרה לך?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המשמעות של ‘ללכת יחד’ בחברה שלנו?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איזה ערך היית רוצה שילווה אותך בדרך?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מה היית משנה בשכונה כדי שיהיה נעים יותר ללכת בה?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💬 שאלות לשיחה בהליכה – 🟢 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מָה אַתָּה רוֹאֶה? / מָה אַתְּ רוֹאָה? 👀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אֵיפֹה אַתָּה גָּר? / אֵיפֹה אַתְּ גָּרָה? 🏠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אֵיזֶה צֶבַע אַתָּה אוֹהֵב? / אַתְּ אוֹהֶבֶת? 🎨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מָה אַתָּה אוֹהֵב לַעֲשׂוֹת בַּחוּץ? / אַתְּ אוֹהֶבֶת? ⚽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אֵיךְ אוֹמְרִים ‘הֲלִיכָה’ בַּשָּׂפָה שֶׁלְּךָ / שֶׁלָּךְ? 🗣️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מָה הָיָה הַטִּיּוּל הֲכִי יָפֶה שֶׁלְּךָ / שֶׁלָּךְ? 🗺️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אֵיךְ אַתָּה מַרְגִּישׁ / אַתְּ מַרְגִּישָׁה עַכְשָׁו? 🙂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מִי הַחָבֵר שֶׁלְּךָ / הַחֲבֵרָה שֶׁלָּךְ בַּכִּתָּה? 🤝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💬 שאלות לשיחה בהליכה – 💛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😊 או 😴 – איך את/ה מרגיש/ה?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🌳 או 🌸 – מה את/ה רואה?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☀️ חם או ❄️ קר?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🐦 שמעת ציפור? כן / לא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💧 שתית מים? כן / לא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👟 הולכים מהר 🐇 או לאט 🐢?</w:t>
            </w:r>
          </w:p>
        </w:tc>
      </w:tr>
      <w:tr>
        <w:trPr>
          <w:trHeight w:val="2381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🍎 מה את/ה אוהב/ת לאכול בטיול?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28"/>
                <w:rtl w:val="1"/>
                <w:rFonts w:ascii="Arial" w:hAnsi="Arial" w:cs="Arial"/>
                <w:szCs w:val="28"/>
                <w:bCs/>
              </w:rPr>
              <w:t>👋 לאיזה חבר/ה תגיד/י שלום?</w:t>
            </w:r>
          </w:p>
        </w:tc>
      </w:tr>
    </w:tbl>
    <w:p>
      <w:r>
        <w:br w:type="page"/>
      </w:r>
    </w:p>
    <w:p>
      <w:pPr>
        <w:bidi w:val="1"/>
        <w:jc w:val="center"/>
      </w:pPr>
      <w:r>
        <w:rPr>
          <w:sz w:val="60"/>
          <w:rtl w:val="1"/>
          <w:rFonts w:ascii="Arial" w:hAnsi="Arial" w:cs="Arial"/>
          <w:szCs w:val="60"/>
        </w:rPr>
        <w:t>👟💚👟</w:t>
      </w:r>
    </w:p>
    <w:p>
      <w:pPr>
        <w:bidi w:val="1"/>
        <w:jc w:val="center"/>
      </w:pPr>
      <w:r>
        <w:rPr>
          <w:b/>
          <w:color w:val="1F7A45"/>
          <w:sz w:val="80"/>
          <w:rtl w:val="1"/>
          <w:rFonts w:ascii="Arial" w:hAnsi="Arial" w:cs="Arial"/>
          <w:szCs w:val="80"/>
          <w:bCs/>
        </w:rPr>
        <w:t>הלכתי עם הלב</w:t>
      </w:r>
    </w:p>
    <w:p>
      <w:pPr>
        <w:bidi w:val="1"/>
        <w:jc w:val="center"/>
      </w:pPr>
      <w:r>
        <w:rPr>
          <w:sz w:val="32"/>
          <w:rtl w:val="1"/>
          <w:rFonts w:ascii="Arial" w:hAnsi="Arial" w:cs="Arial"/>
          <w:szCs w:val="32"/>
        </w:rPr>
        <w:t>תעודה ל־</w:t>
      </w:r>
    </w:p>
    <w:p>
      <w:pPr>
        <w:bidi w:val="1"/>
        <w:jc w:val="center"/>
      </w:pPr>
      <w:r>
        <w:rPr>
          <w:sz w:val="36"/>
          <w:rtl w:val="1"/>
          <w:rFonts w:ascii="Arial" w:hAnsi="Arial" w:cs="Arial"/>
          <w:szCs w:val="36"/>
        </w:rPr>
        <w:t>_______________________________</w:t>
      </w:r>
    </w:p>
    <w:p>
      <w:pPr>
        <w:bidi w:val="1"/>
        <w:jc w:val="center"/>
      </w:pPr>
      <w:r>
        <w:rPr>
          <w:sz w:val="30"/>
          <w:rtl w:val="1"/>
          <w:rFonts w:ascii="Arial" w:hAnsi="Arial" w:cs="Arial"/>
          <w:szCs w:val="30"/>
        </w:rPr>
        <w:t>שהשתתף/ה ביום ההליכה, 30.10.2026, הלך/ה יחד עם החברים והחברות ובחר/ה צעד קטן להמשך:</w:t>
      </w:r>
    </w:p>
    <w:p>
      <w:pPr>
        <w:bidi w:val="1"/>
        <w:jc w:val="center"/>
      </w:pPr>
      <w:r>
        <w:rPr>
          <w:sz w:val="36"/>
          <w:rtl w:val="1"/>
          <w:rFonts w:ascii="Arial" w:hAnsi="Arial" w:cs="Arial"/>
          <w:szCs w:val="36"/>
        </w:rPr>
        <w:t>_______________________________</w:t>
      </w:r>
    </w:p>
    <w:p>
      <w:pPr>
        <w:bidi w:val="1"/>
        <w:jc w:val="center"/>
      </w:pPr>
      <w:r>
        <w:rPr>
          <w:b/>
          <w:sz w:val="32"/>
          <w:rtl w:val="1"/>
          <w:rFonts w:ascii="Arial" w:hAnsi="Arial" w:cs="Arial"/>
          <w:szCs w:val="32"/>
          <w:bCs/>
        </w:rPr>
        <w:t>כל דרך גדולה מתחילה בצעד אחד! 🌱</w:t>
      </w:r>
    </w:p>
    <w:p>
      <w:pPr>
        <w:bidi w:val="1"/>
        <w:jc w:val="center"/>
      </w:pPr>
      <w:r>
        <w:rPr>
          <w:sz w:val="26"/>
          <w:rtl w:val="1"/>
          <w:rFonts w:ascii="Arial" w:hAnsi="Arial" w:cs="Arial"/>
          <w:szCs w:val="26"/>
        </w:rPr>
        <w:t>חתימת המחנך/ת: ______________</w:t>
      </w:r>
    </w:p>
    <w:p>
      <w:r>
        <w:br w:type="page"/>
      </w:r>
    </w:p>
    <w:p>
      <w:pPr>
        <w:bidi w:val="1"/>
        <w:jc w:val="center"/>
      </w:pPr>
      <w:r>
        <w:rPr>
          <w:sz w:val="88"/>
          <w:rtl w:val="1"/>
          <w:rFonts w:ascii="Arial" w:hAnsi="Arial" w:cs="Arial"/>
          <w:szCs w:val="88"/>
        </w:rPr>
        <w:t>👟🌞🌳</w:t>
      </w:r>
    </w:p>
    <w:p>
      <w:pPr>
        <w:bidi w:val="1"/>
        <w:jc w:val="center"/>
      </w:pPr>
      <w:r>
        <w:rPr>
          <w:b/>
          <w:color w:val="1F7A45"/>
          <w:sz w:val="108"/>
          <w:rtl w:val="1"/>
          <w:rFonts w:ascii="Arial" w:hAnsi="Arial" w:cs="Arial"/>
          <w:szCs w:val="108"/>
          <w:bCs/>
        </w:rPr>
        <w:t>יום ההליכה</w:t>
      </w:r>
    </w:p>
    <w:p>
      <w:pPr>
        <w:bidi w:val="1"/>
        <w:jc w:val="center"/>
      </w:pPr>
      <w:r>
        <w:rPr>
          <w:b/>
          <w:sz w:val="56"/>
          <w:rtl w:val="1"/>
          <w:rFonts w:ascii="Arial" w:hAnsi="Arial" w:cs="Arial"/>
          <w:szCs w:val="56"/>
          <w:bCs/>
        </w:rPr>
        <w:t>צעד אחר צעד – יחד!</w:t>
      </w:r>
    </w:p>
    <w:p>
      <w:pPr>
        <w:bidi w:val="1"/>
        <w:jc w:val="center"/>
      </w:pPr>
      <w:r>
        <w:rPr>
          <w:sz w:val="36"/>
          <w:rtl w:val="1"/>
          <w:rFonts w:ascii="Arial" w:hAnsi="Arial" w:cs="Arial"/>
          <w:szCs w:val="36"/>
        </w:rPr>
        <w:t>יום שישי · 30.10.2026</w:t>
      </w:r>
    </w:p>
    <w:p>
      <w:pPr>
        <w:bidi w:val="1"/>
        <w:jc w:val="center"/>
      </w:pPr>
      <w:r>
        <w:rPr>
          <w:sz w:val="40"/>
          <w:rtl w:val="1"/>
          <w:rFonts w:ascii="Arial" w:hAnsi="Arial" w:cs="Arial"/>
          <w:szCs w:val="40"/>
        </w:rPr>
        <w:t>💧 בקבוק מים מלא</w:t>
      </w:r>
    </w:p>
    <w:p>
      <w:pPr>
        <w:bidi w:val="1"/>
        <w:jc w:val="center"/>
      </w:pPr>
      <w:r>
        <w:rPr>
          <w:sz w:val="40"/>
          <w:rtl w:val="1"/>
          <w:rFonts w:ascii="Arial" w:hAnsi="Arial" w:cs="Arial"/>
          <w:szCs w:val="40"/>
        </w:rPr>
        <w:t>🧢 כובע וקרם הגנה</w:t>
      </w:r>
    </w:p>
    <w:p>
      <w:pPr>
        <w:bidi w:val="1"/>
        <w:jc w:val="center"/>
      </w:pPr>
      <w:r>
        <w:rPr>
          <w:sz w:val="40"/>
          <w:rtl w:val="1"/>
          <w:rFonts w:ascii="Arial" w:hAnsi="Arial" w:cs="Arial"/>
          <w:szCs w:val="40"/>
        </w:rPr>
        <w:t>👟 נעליים נוחות</w:t>
      </w:r>
    </w:p>
    <w:p>
      <w:pPr>
        <w:bidi w:val="1"/>
        <w:jc w:val="center"/>
      </w:pPr>
      <w:r>
        <w:rPr>
          <w:sz w:val="40"/>
          <w:rtl w:val="1"/>
          <w:rFonts w:ascii="Arial" w:hAnsi="Arial" w:cs="Arial"/>
          <w:szCs w:val="40"/>
        </w:rPr>
        <w:t>🤝 הולכים יחד, שומרים זה על זו</w:t>
      </w:r>
    </w:p>
    <w:p>
      <w:pPr>
        <w:bidi w:val="1"/>
        <w:jc w:val="center"/>
      </w:pPr>
      <w:r>
        <w:rPr>
          <w:sz w:val="40"/>
          <w:rtl w:val="1"/>
          <w:rFonts w:ascii="Arial" w:hAnsi="Arial" w:cs="Arial"/>
          <w:szCs w:val="40"/>
        </w:rPr>
        <w:t>🚸 מדרכה ומעבר חצייה בלבד</w:t>
      </w:r>
    </w:p>
    <w:p>
      <w:pPr>
        <w:bidi w:val="1"/>
        <w:jc w:val="center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💚 גוף · שכל · רגש · אמונה · חברה · דמיון</w:t>
      </w:r>
    </w:p>
    <w:p>
      <w:r>
        <w:br w:type="page"/>
      </w:r>
    </w:p>
    <w:p>
      <w:pPr>
        <w:bidi w:val="1"/>
        <w:jc w:val="right"/>
      </w:pPr>
      <w:r>
        <w:rPr>
          <w:b/>
          <w:color w:val="1F7A45"/>
          <w:sz w:val="36"/>
          <w:rtl w:val="1"/>
          <w:rFonts w:ascii="Arial" w:hAnsi="Arial" w:cs="Arial"/>
          <w:szCs w:val="36"/>
          <w:bCs/>
        </w:rPr>
        <w:t>✅ רשימת בטיחות למלווים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רשימת תלמידים ומספרי טלפון של ההורים אצל כל מלווה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מסלול נבדק מראש, כולל מעברי חצייה ונקודות צל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יחס מלווים מתאים, מלווה בראש ובסוף הטור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מים נוספים ותיק עזרה ראשונה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טלפון טעון אצל כל מלווה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תיאום עם הצוות לגבי תלמידים עם צרכים רפואיים/מוטוריים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תחנות מנוחה מתוכננות כל 20–30 דקות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נקודת מפגש מוסכמת אם מישהו מתפצל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☐ ספירת תלמידים ביציאה, בכל תחנה ובחזרה</w:t>
      </w:r>
    </w:p>
    <w:p>
      <w:pPr>
        <w:bidi w:val="1"/>
        <w:jc w:val="right"/>
      </w:pPr>
      <w:r>
        <w:rPr>
          <w:b/>
          <w:color w:val="1F7A45"/>
          <w:sz w:val="32"/>
          <w:rtl w:val="1"/>
          <w:rFonts w:ascii="Arial" w:hAnsi="Arial" w:cs="Arial"/>
          <w:szCs w:val="32"/>
          <w:bCs/>
        </w:rPr>
        <w:t>🎭 תפקידים בקבוצה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🚩 מוביל/ת דרך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🧹 סוגר/ת שורה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💧 אחראי/ת מים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📸 צלם/ת משימות (בלי פנים)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⏱️ שומר/ת זמן</w:t>
      </w:r>
    </w:p>
    <w:p>
      <w:pPr>
        <w:bidi w:val="1"/>
        <w:jc w:val="right"/>
      </w:pPr>
      <w:r>
        <w:rPr>
          <w:sz w:val="24"/>
          <w:rtl w:val="1"/>
          <w:rFonts w:ascii="Arial" w:hAnsi="Arial" w:cs="Arial"/>
          <w:szCs w:val="24"/>
        </w:rPr>
        <w:t>💛 שגריר/ת חיוכים</w:t>
      </w:r>
    </w:p>
    <w:p>
      <w:pPr>
        <w:bidi w:val="1"/>
        <w:jc w:val="center"/>
      </w:pPr>
      <w:r>
        <w:rPr>
          <w:color w:val="557755"/>
          <w:sz w:val="22"/>
          <w:rtl w:val="1"/>
          <w:rFonts w:ascii="Arial" w:hAnsi="Arial" w:cs="Arial"/>
          <w:szCs w:val="22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